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420CF" w14:textId="77777777" w:rsidR="00334BD3" w:rsidRPr="001A2BA0" w:rsidRDefault="00334BD3" w:rsidP="00A161BB">
      <w:pPr>
        <w:pStyle w:val="Heading1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A2BA0">
        <w:rPr>
          <w:rFonts w:ascii="Times New Roman" w:hAnsi="Times New Roman" w:cs="Times New Roman"/>
          <w:color w:val="auto"/>
          <w:sz w:val="24"/>
          <w:szCs w:val="24"/>
        </w:rPr>
        <w:t>School of Polymer Science and Technology</w:t>
      </w:r>
    </w:p>
    <w:p w14:paraId="57EB743F" w14:textId="77777777" w:rsidR="00334BD3" w:rsidRPr="001A2BA0" w:rsidRDefault="00334BD3" w:rsidP="00A161B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BA0">
        <w:rPr>
          <w:rFonts w:ascii="Times New Roman" w:hAnsi="Times New Roman" w:cs="Times New Roman"/>
          <w:b/>
          <w:sz w:val="24"/>
          <w:szCs w:val="24"/>
        </w:rPr>
        <w:t xml:space="preserve">Mahatma Gandhi University, </w:t>
      </w:r>
      <w:proofErr w:type="spellStart"/>
      <w:r w:rsidRPr="001A2BA0">
        <w:rPr>
          <w:rFonts w:ascii="Times New Roman" w:hAnsi="Times New Roman" w:cs="Times New Roman"/>
          <w:b/>
          <w:sz w:val="24"/>
          <w:szCs w:val="24"/>
        </w:rPr>
        <w:t>Kottayam</w:t>
      </w:r>
      <w:proofErr w:type="spellEnd"/>
    </w:p>
    <w:p w14:paraId="7ED786ED" w14:textId="43A82830" w:rsidR="00334BD3" w:rsidRDefault="00334BD3" w:rsidP="00A161B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2BA0">
        <w:rPr>
          <w:rFonts w:ascii="Times New Roman" w:hAnsi="Times New Roman" w:cs="Times New Roman"/>
          <w:sz w:val="24"/>
          <w:szCs w:val="24"/>
        </w:rPr>
        <w:t xml:space="preserve">Fee structure for </w:t>
      </w:r>
      <w:r>
        <w:rPr>
          <w:rFonts w:ascii="Times New Roman" w:hAnsi="Times New Roman" w:cs="Times New Roman"/>
          <w:sz w:val="24"/>
          <w:szCs w:val="24"/>
        </w:rPr>
        <w:t>National</w:t>
      </w:r>
      <w:bookmarkStart w:id="0" w:name="_GoBack"/>
      <w:bookmarkEnd w:id="0"/>
      <w:r w:rsidRPr="001A2BA0">
        <w:rPr>
          <w:rFonts w:ascii="Times New Roman" w:hAnsi="Times New Roman" w:cs="Times New Roman"/>
          <w:sz w:val="24"/>
          <w:szCs w:val="24"/>
        </w:rPr>
        <w:t xml:space="preserve"> Students</w:t>
      </w:r>
    </w:p>
    <w:p w14:paraId="2D601D79" w14:textId="77777777" w:rsidR="00334BD3" w:rsidRPr="001A2BA0" w:rsidRDefault="00334BD3" w:rsidP="00334BD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2BA0">
        <w:rPr>
          <w:rFonts w:ascii="Times New Roman" w:hAnsi="Times New Roman" w:cs="Times New Roman"/>
          <w:sz w:val="24"/>
          <w:szCs w:val="24"/>
        </w:rPr>
        <w:t>Executive M. Tech Programme in Polymer Engineering and Nanotechnology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3815"/>
      </w:tblGrid>
      <w:tr w:rsidR="00673BB1" w:rsidRPr="00673BB1" w14:paraId="47836650" w14:textId="77777777" w:rsidTr="0019642E">
        <w:tc>
          <w:tcPr>
            <w:tcW w:w="4815" w:type="dxa"/>
            <w:vAlign w:val="center"/>
          </w:tcPr>
          <w:p w14:paraId="68BE6817" w14:textId="77777777" w:rsidR="004708BF" w:rsidRPr="003E6A29" w:rsidRDefault="00DE18A6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A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3815" w:type="dxa"/>
            <w:vAlign w:val="center"/>
          </w:tcPr>
          <w:p w14:paraId="6BAC2E91" w14:textId="5867D552" w:rsidR="004708BF" w:rsidRPr="003E6A29" w:rsidRDefault="00DE18A6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A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Fee (Rs.)</w:t>
            </w:r>
          </w:p>
        </w:tc>
      </w:tr>
      <w:tr w:rsidR="0019642E" w:rsidRPr="00673BB1" w14:paraId="121CE2E5" w14:textId="77777777" w:rsidTr="0019642E">
        <w:tc>
          <w:tcPr>
            <w:tcW w:w="4815" w:type="dxa"/>
            <w:vAlign w:val="center"/>
          </w:tcPr>
          <w:p w14:paraId="4955F8FC" w14:textId="369727DC" w:rsidR="0019642E" w:rsidRPr="00673BB1" w:rsidRDefault="0019642E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Application fee </w:t>
            </w:r>
          </w:p>
        </w:tc>
        <w:tc>
          <w:tcPr>
            <w:tcW w:w="3815" w:type="dxa"/>
            <w:vAlign w:val="center"/>
          </w:tcPr>
          <w:p w14:paraId="023DA62E" w14:textId="52C86161" w:rsidR="0019642E" w:rsidRPr="00673BB1" w:rsidRDefault="0019642E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673BB1" w:rsidRPr="00673BB1" w14:paraId="0CE5DF30" w14:textId="77777777" w:rsidTr="0019642E">
        <w:tc>
          <w:tcPr>
            <w:tcW w:w="4815" w:type="dxa"/>
            <w:vAlign w:val="center"/>
          </w:tcPr>
          <w:p w14:paraId="16F8EBCC" w14:textId="77777777" w:rsidR="004708BF" w:rsidRPr="00673BB1" w:rsidRDefault="00DE18A6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Admission Fee</w:t>
            </w:r>
          </w:p>
        </w:tc>
        <w:tc>
          <w:tcPr>
            <w:tcW w:w="3815" w:type="dxa"/>
            <w:vAlign w:val="center"/>
          </w:tcPr>
          <w:p w14:paraId="667AB7B1" w14:textId="77777777" w:rsidR="004708BF" w:rsidRPr="00673BB1" w:rsidRDefault="00DE18A6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</w:p>
        </w:tc>
      </w:tr>
      <w:tr w:rsidR="00673BB1" w:rsidRPr="00673BB1" w14:paraId="2AA38E41" w14:textId="77777777" w:rsidTr="0019642E">
        <w:tc>
          <w:tcPr>
            <w:tcW w:w="4815" w:type="dxa"/>
            <w:vAlign w:val="center"/>
          </w:tcPr>
          <w:p w14:paraId="69AFFEC4" w14:textId="77777777" w:rsidR="004708BF" w:rsidRPr="00673BB1" w:rsidRDefault="00DE18A6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Audio visual Fee (Per Sem)</w:t>
            </w:r>
          </w:p>
        </w:tc>
        <w:tc>
          <w:tcPr>
            <w:tcW w:w="3815" w:type="dxa"/>
            <w:vAlign w:val="center"/>
          </w:tcPr>
          <w:p w14:paraId="1FCD863D" w14:textId="77777777" w:rsidR="004708BF" w:rsidRPr="00673BB1" w:rsidRDefault="00DE18A6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</w:p>
        </w:tc>
      </w:tr>
      <w:tr w:rsidR="00673BB1" w:rsidRPr="00673BB1" w14:paraId="3067371A" w14:textId="77777777" w:rsidTr="0019642E">
        <w:tc>
          <w:tcPr>
            <w:tcW w:w="4815" w:type="dxa"/>
            <w:vAlign w:val="center"/>
          </w:tcPr>
          <w:p w14:paraId="5F952103" w14:textId="77777777" w:rsidR="004708BF" w:rsidRPr="00673BB1" w:rsidRDefault="00DE18A6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Calendar Fee (Per Sem)</w:t>
            </w:r>
          </w:p>
        </w:tc>
        <w:tc>
          <w:tcPr>
            <w:tcW w:w="3815" w:type="dxa"/>
            <w:vAlign w:val="center"/>
          </w:tcPr>
          <w:p w14:paraId="77206247" w14:textId="77777777" w:rsidR="004708BF" w:rsidRPr="00673BB1" w:rsidRDefault="00DE18A6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73BB1" w:rsidRPr="00673BB1" w14:paraId="3CA740D2" w14:textId="77777777" w:rsidTr="0019642E">
        <w:tc>
          <w:tcPr>
            <w:tcW w:w="4815" w:type="dxa"/>
            <w:vAlign w:val="center"/>
          </w:tcPr>
          <w:p w14:paraId="02B9BD49" w14:textId="77777777" w:rsidR="004708BF" w:rsidRPr="00673BB1" w:rsidRDefault="00DE18A6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Caution Deposit (At the Time of Admn)</w:t>
            </w:r>
          </w:p>
        </w:tc>
        <w:tc>
          <w:tcPr>
            <w:tcW w:w="3815" w:type="dxa"/>
            <w:vAlign w:val="center"/>
          </w:tcPr>
          <w:p w14:paraId="2A9F4F05" w14:textId="77777777" w:rsidR="004708BF" w:rsidRPr="00673BB1" w:rsidRDefault="00DE18A6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1740</w:t>
            </w:r>
          </w:p>
        </w:tc>
      </w:tr>
      <w:tr w:rsidR="00673BB1" w:rsidRPr="00673BB1" w14:paraId="7D24776D" w14:textId="77777777" w:rsidTr="0019642E">
        <w:tc>
          <w:tcPr>
            <w:tcW w:w="4815" w:type="dxa"/>
            <w:vAlign w:val="center"/>
          </w:tcPr>
          <w:p w14:paraId="776E8623" w14:textId="77777777" w:rsidR="004708BF" w:rsidRPr="00673BB1" w:rsidRDefault="00DE18A6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Department Development Fund (Per Sem)</w:t>
            </w:r>
          </w:p>
        </w:tc>
        <w:tc>
          <w:tcPr>
            <w:tcW w:w="3815" w:type="dxa"/>
            <w:vAlign w:val="center"/>
          </w:tcPr>
          <w:p w14:paraId="661CE25A" w14:textId="5F19FCF7" w:rsidR="004708BF" w:rsidRPr="00673BB1" w:rsidRDefault="006C2941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7662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</w:tr>
      <w:tr w:rsidR="00673BB1" w:rsidRPr="00673BB1" w14:paraId="1C2C08C0" w14:textId="77777777" w:rsidTr="0019642E">
        <w:tc>
          <w:tcPr>
            <w:tcW w:w="4815" w:type="dxa"/>
            <w:vAlign w:val="center"/>
          </w:tcPr>
          <w:p w14:paraId="7B067D8A" w14:textId="77777777" w:rsidR="004708BF" w:rsidRPr="00673BB1" w:rsidRDefault="00DE18A6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ID card (At the Time of Admn)</w:t>
            </w:r>
          </w:p>
        </w:tc>
        <w:tc>
          <w:tcPr>
            <w:tcW w:w="3815" w:type="dxa"/>
            <w:vAlign w:val="center"/>
          </w:tcPr>
          <w:p w14:paraId="430B1B88" w14:textId="77777777" w:rsidR="004708BF" w:rsidRPr="00673BB1" w:rsidRDefault="00DE18A6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673BB1" w:rsidRPr="00673BB1" w14:paraId="6F0162C6" w14:textId="77777777" w:rsidTr="0019642E">
        <w:tc>
          <w:tcPr>
            <w:tcW w:w="4815" w:type="dxa"/>
            <w:vAlign w:val="center"/>
          </w:tcPr>
          <w:p w14:paraId="60586725" w14:textId="77777777" w:rsidR="004708BF" w:rsidRPr="00673BB1" w:rsidRDefault="00DE18A6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Journal Fee (Per Year)</w:t>
            </w:r>
          </w:p>
        </w:tc>
        <w:tc>
          <w:tcPr>
            <w:tcW w:w="3815" w:type="dxa"/>
            <w:vAlign w:val="center"/>
          </w:tcPr>
          <w:p w14:paraId="3A79D587" w14:textId="77777777" w:rsidR="004708BF" w:rsidRPr="00673BB1" w:rsidRDefault="00DE18A6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673BB1" w:rsidRPr="00673BB1" w14:paraId="1D92152F" w14:textId="77777777" w:rsidTr="0019642E">
        <w:tc>
          <w:tcPr>
            <w:tcW w:w="4815" w:type="dxa"/>
            <w:vAlign w:val="center"/>
          </w:tcPr>
          <w:p w14:paraId="233731C1" w14:textId="77777777" w:rsidR="004708BF" w:rsidRPr="00673BB1" w:rsidRDefault="00DE18A6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Lab Fee (Per Sem)</w:t>
            </w:r>
          </w:p>
        </w:tc>
        <w:tc>
          <w:tcPr>
            <w:tcW w:w="3815" w:type="dxa"/>
            <w:vAlign w:val="center"/>
          </w:tcPr>
          <w:p w14:paraId="177C7B47" w14:textId="77777777" w:rsidR="004708BF" w:rsidRPr="00673BB1" w:rsidRDefault="00DE18A6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17370</w:t>
            </w:r>
          </w:p>
        </w:tc>
      </w:tr>
      <w:tr w:rsidR="00673BB1" w:rsidRPr="00673BB1" w14:paraId="761E9B4C" w14:textId="77777777" w:rsidTr="0019642E">
        <w:tc>
          <w:tcPr>
            <w:tcW w:w="4815" w:type="dxa"/>
            <w:vAlign w:val="center"/>
          </w:tcPr>
          <w:p w14:paraId="08435D02" w14:textId="77777777" w:rsidR="004708BF" w:rsidRPr="00673BB1" w:rsidRDefault="00DE18A6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Library caution deposit(At the time of admission)</w:t>
            </w:r>
          </w:p>
        </w:tc>
        <w:tc>
          <w:tcPr>
            <w:tcW w:w="3815" w:type="dxa"/>
            <w:vAlign w:val="center"/>
          </w:tcPr>
          <w:p w14:paraId="1B53BA4B" w14:textId="77777777" w:rsidR="004708BF" w:rsidRPr="00673BB1" w:rsidRDefault="00DE18A6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1165</w:t>
            </w:r>
          </w:p>
        </w:tc>
      </w:tr>
      <w:tr w:rsidR="00673BB1" w:rsidRPr="00673BB1" w14:paraId="1F2DD377" w14:textId="77777777" w:rsidTr="0019642E">
        <w:tc>
          <w:tcPr>
            <w:tcW w:w="4815" w:type="dxa"/>
            <w:vAlign w:val="center"/>
          </w:tcPr>
          <w:p w14:paraId="0F389A77" w14:textId="77777777" w:rsidR="004708BF" w:rsidRPr="00673BB1" w:rsidRDefault="00DE18A6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Library Fee(At the time of admission)</w:t>
            </w:r>
          </w:p>
        </w:tc>
        <w:tc>
          <w:tcPr>
            <w:tcW w:w="3815" w:type="dxa"/>
            <w:vAlign w:val="center"/>
          </w:tcPr>
          <w:p w14:paraId="098A716B" w14:textId="77777777" w:rsidR="004708BF" w:rsidRPr="00673BB1" w:rsidRDefault="00DE18A6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1740</w:t>
            </w:r>
          </w:p>
        </w:tc>
      </w:tr>
      <w:tr w:rsidR="00673BB1" w:rsidRPr="00673BB1" w14:paraId="14F8FDB7" w14:textId="77777777" w:rsidTr="0019642E">
        <w:tc>
          <w:tcPr>
            <w:tcW w:w="4815" w:type="dxa"/>
            <w:vAlign w:val="center"/>
          </w:tcPr>
          <w:p w14:paraId="3C163B8C" w14:textId="77777777" w:rsidR="004708BF" w:rsidRPr="00673BB1" w:rsidRDefault="00DE18A6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Magazine Fee (Per Year)</w:t>
            </w:r>
          </w:p>
        </w:tc>
        <w:tc>
          <w:tcPr>
            <w:tcW w:w="3815" w:type="dxa"/>
            <w:vAlign w:val="center"/>
          </w:tcPr>
          <w:p w14:paraId="3BF72FFE" w14:textId="77777777" w:rsidR="004708BF" w:rsidRPr="00673BB1" w:rsidRDefault="00DE18A6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673BB1" w:rsidRPr="00673BB1" w14:paraId="5A1256CA" w14:textId="77777777" w:rsidTr="0019642E">
        <w:tc>
          <w:tcPr>
            <w:tcW w:w="4815" w:type="dxa"/>
            <w:vAlign w:val="center"/>
          </w:tcPr>
          <w:p w14:paraId="2F2A122C" w14:textId="77777777" w:rsidR="004708BF" w:rsidRPr="00673BB1" w:rsidRDefault="00DE18A6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Matriculation Fee (At the time of admission)</w:t>
            </w:r>
          </w:p>
        </w:tc>
        <w:tc>
          <w:tcPr>
            <w:tcW w:w="3815" w:type="dxa"/>
            <w:vAlign w:val="center"/>
          </w:tcPr>
          <w:p w14:paraId="7C0800C4" w14:textId="77777777" w:rsidR="004708BF" w:rsidRPr="00673BB1" w:rsidRDefault="00DE18A6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</w:tr>
      <w:tr w:rsidR="00673BB1" w:rsidRPr="00673BB1" w14:paraId="7A82514F" w14:textId="77777777" w:rsidTr="0019642E">
        <w:tc>
          <w:tcPr>
            <w:tcW w:w="4815" w:type="dxa"/>
            <w:vAlign w:val="center"/>
          </w:tcPr>
          <w:p w14:paraId="0C985954" w14:textId="77777777" w:rsidR="004708BF" w:rsidRPr="00673BB1" w:rsidRDefault="00DE18A6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Medical Inspection Fee (Per Year)</w:t>
            </w:r>
          </w:p>
        </w:tc>
        <w:tc>
          <w:tcPr>
            <w:tcW w:w="3815" w:type="dxa"/>
            <w:vAlign w:val="center"/>
          </w:tcPr>
          <w:p w14:paraId="4BA7AC1A" w14:textId="77777777" w:rsidR="004708BF" w:rsidRPr="00673BB1" w:rsidRDefault="00DE18A6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73BB1" w:rsidRPr="00673BB1" w14:paraId="0BD887B8" w14:textId="77777777" w:rsidTr="0019642E">
        <w:tc>
          <w:tcPr>
            <w:tcW w:w="4815" w:type="dxa"/>
            <w:vAlign w:val="center"/>
          </w:tcPr>
          <w:p w14:paraId="74764B2B" w14:textId="77777777" w:rsidR="004708BF" w:rsidRPr="00673BB1" w:rsidRDefault="00DE18A6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Quasi University Fee (At the time of admission)</w:t>
            </w:r>
          </w:p>
        </w:tc>
        <w:tc>
          <w:tcPr>
            <w:tcW w:w="3815" w:type="dxa"/>
            <w:vAlign w:val="center"/>
          </w:tcPr>
          <w:p w14:paraId="792E9A0B" w14:textId="77777777" w:rsidR="004708BF" w:rsidRPr="00673BB1" w:rsidRDefault="00DE18A6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73BB1" w:rsidRPr="00673BB1" w14:paraId="370A89E1" w14:textId="77777777" w:rsidTr="0019642E">
        <w:tc>
          <w:tcPr>
            <w:tcW w:w="4815" w:type="dxa"/>
            <w:vAlign w:val="center"/>
          </w:tcPr>
          <w:p w14:paraId="0CDB4ABB" w14:textId="77777777" w:rsidR="004708BF" w:rsidRPr="00673BB1" w:rsidRDefault="00DE18A6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Sports Affiliation Fee (Per Year)</w:t>
            </w:r>
          </w:p>
        </w:tc>
        <w:tc>
          <w:tcPr>
            <w:tcW w:w="3815" w:type="dxa"/>
            <w:vAlign w:val="center"/>
          </w:tcPr>
          <w:p w14:paraId="53CE93D7" w14:textId="77777777" w:rsidR="004708BF" w:rsidRPr="00673BB1" w:rsidRDefault="00DE18A6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</w:tr>
      <w:tr w:rsidR="00673BB1" w:rsidRPr="00673BB1" w14:paraId="08B37628" w14:textId="77777777" w:rsidTr="0019642E">
        <w:tc>
          <w:tcPr>
            <w:tcW w:w="4815" w:type="dxa"/>
            <w:vAlign w:val="center"/>
          </w:tcPr>
          <w:p w14:paraId="2A58505C" w14:textId="77777777" w:rsidR="004708BF" w:rsidRPr="00673BB1" w:rsidRDefault="00DE18A6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Stationary Fee (Per Semester)</w:t>
            </w:r>
          </w:p>
        </w:tc>
        <w:tc>
          <w:tcPr>
            <w:tcW w:w="3815" w:type="dxa"/>
            <w:vAlign w:val="center"/>
          </w:tcPr>
          <w:p w14:paraId="190FA82D" w14:textId="77777777" w:rsidR="004708BF" w:rsidRPr="00673BB1" w:rsidRDefault="00DE18A6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</w:tr>
      <w:tr w:rsidR="00673BB1" w:rsidRPr="00673BB1" w14:paraId="64291AC9" w14:textId="77777777" w:rsidTr="0019642E">
        <w:tc>
          <w:tcPr>
            <w:tcW w:w="4815" w:type="dxa"/>
            <w:vAlign w:val="center"/>
          </w:tcPr>
          <w:p w14:paraId="67C88BA9" w14:textId="77777777" w:rsidR="004708BF" w:rsidRPr="00673BB1" w:rsidRDefault="00DE18A6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Student Affiliation Fee (At the time of admission)</w:t>
            </w:r>
          </w:p>
        </w:tc>
        <w:tc>
          <w:tcPr>
            <w:tcW w:w="3815" w:type="dxa"/>
            <w:vAlign w:val="center"/>
          </w:tcPr>
          <w:p w14:paraId="13A2B5E7" w14:textId="77777777" w:rsidR="004708BF" w:rsidRPr="00673BB1" w:rsidRDefault="00DE18A6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1260</w:t>
            </w:r>
          </w:p>
        </w:tc>
      </w:tr>
      <w:tr w:rsidR="00673BB1" w:rsidRPr="00673BB1" w14:paraId="37FB9649" w14:textId="77777777" w:rsidTr="0019642E">
        <w:tc>
          <w:tcPr>
            <w:tcW w:w="4815" w:type="dxa"/>
            <w:vAlign w:val="center"/>
          </w:tcPr>
          <w:p w14:paraId="17F56FE2" w14:textId="77777777" w:rsidR="004708BF" w:rsidRPr="00673BB1" w:rsidRDefault="00DE18A6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Student Aid fund (Per Semester)</w:t>
            </w:r>
          </w:p>
        </w:tc>
        <w:tc>
          <w:tcPr>
            <w:tcW w:w="3815" w:type="dxa"/>
            <w:vAlign w:val="center"/>
          </w:tcPr>
          <w:p w14:paraId="3DD1E2EE" w14:textId="77777777" w:rsidR="004708BF" w:rsidRPr="00673BB1" w:rsidRDefault="00DE18A6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673BB1" w:rsidRPr="00673BB1" w14:paraId="3654F569" w14:textId="77777777" w:rsidTr="0019642E">
        <w:tc>
          <w:tcPr>
            <w:tcW w:w="4815" w:type="dxa"/>
            <w:vAlign w:val="center"/>
          </w:tcPr>
          <w:p w14:paraId="49C12F7B" w14:textId="7A7BFCAB" w:rsidR="004708BF" w:rsidRPr="00673BB1" w:rsidRDefault="0019642E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Student safety insurance - per year</w:t>
            </w:r>
          </w:p>
        </w:tc>
        <w:tc>
          <w:tcPr>
            <w:tcW w:w="3815" w:type="dxa"/>
            <w:vAlign w:val="center"/>
          </w:tcPr>
          <w:p w14:paraId="13476E08" w14:textId="77777777" w:rsidR="004708BF" w:rsidRPr="00673BB1" w:rsidRDefault="00DE18A6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673BB1" w:rsidRPr="00673BB1" w14:paraId="3C58BD50" w14:textId="77777777" w:rsidTr="0019642E">
        <w:tc>
          <w:tcPr>
            <w:tcW w:w="4815" w:type="dxa"/>
            <w:vAlign w:val="center"/>
          </w:tcPr>
          <w:p w14:paraId="74578213" w14:textId="77777777" w:rsidR="004708BF" w:rsidRPr="00673BB1" w:rsidRDefault="00DE18A6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Student Welfare fund (Per Year)</w:t>
            </w:r>
          </w:p>
        </w:tc>
        <w:tc>
          <w:tcPr>
            <w:tcW w:w="3815" w:type="dxa"/>
            <w:vAlign w:val="center"/>
          </w:tcPr>
          <w:p w14:paraId="5C26174D" w14:textId="77777777" w:rsidR="004708BF" w:rsidRPr="00673BB1" w:rsidRDefault="00DE18A6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73BB1" w:rsidRPr="00673BB1" w14:paraId="1C75319C" w14:textId="77777777" w:rsidTr="0019642E">
        <w:tc>
          <w:tcPr>
            <w:tcW w:w="4815" w:type="dxa"/>
            <w:vAlign w:val="center"/>
          </w:tcPr>
          <w:p w14:paraId="336385D2" w14:textId="77777777" w:rsidR="004708BF" w:rsidRPr="00673BB1" w:rsidRDefault="00DE18A6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Tuition Fee (Per Sem)</w:t>
            </w:r>
          </w:p>
        </w:tc>
        <w:tc>
          <w:tcPr>
            <w:tcW w:w="3815" w:type="dxa"/>
            <w:vAlign w:val="center"/>
          </w:tcPr>
          <w:p w14:paraId="0C11A860" w14:textId="77777777" w:rsidR="004708BF" w:rsidRPr="00673BB1" w:rsidRDefault="009F7662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28,945</w:t>
            </w:r>
          </w:p>
        </w:tc>
      </w:tr>
      <w:tr w:rsidR="00673BB1" w:rsidRPr="00673BB1" w14:paraId="6FF7A777" w14:textId="77777777" w:rsidTr="0019642E">
        <w:tc>
          <w:tcPr>
            <w:tcW w:w="4815" w:type="dxa"/>
            <w:vAlign w:val="center"/>
          </w:tcPr>
          <w:p w14:paraId="56FCF321" w14:textId="77777777" w:rsidR="004708BF" w:rsidRPr="00673BB1" w:rsidRDefault="00DE18A6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University Department Student Union Fee (Per Year)</w:t>
            </w:r>
          </w:p>
        </w:tc>
        <w:tc>
          <w:tcPr>
            <w:tcW w:w="3815" w:type="dxa"/>
            <w:vAlign w:val="center"/>
          </w:tcPr>
          <w:p w14:paraId="41082170" w14:textId="77777777" w:rsidR="004708BF" w:rsidRPr="00673BB1" w:rsidRDefault="00DE18A6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73BB1" w:rsidRPr="00673BB1" w14:paraId="288306BB" w14:textId="77777777" w:rsidTr="0019642E">
        <w:tc>
          <w:tcPr>
            <w:tcW w:w="4815" w:type="dxa"/>
            <w:vAlign w:val="center"/>
          </w:tcPr>
          <w:p w14:paraId="0AE08203" w14:textId="77777777" w:rsidR="004708BF" w:rsidRPr="00673BB1" w:rsidRDefault="00DE18A6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University Union Fee (Per Year)</w:t>
            </w:r>
          </w:p>
        </w:tc>
        <w:tc>
          <w:tcPr>
            <w:tcW w:w="3815" w:type="dxa"/>
            <w:vAlign w:val="center"/>
          </w:tcPr>
          <w:p w14:paraId="61E85147" w14:textId="77777777" w:rsidR="004708BF" w:rsidRPr="00673BB1" w:rsidRDefault="00DE18A6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19642E" w:rsidRPr="00673BB1" w14:paraId="18F84916" w14:textId="77777777" w:rsidTr="0019642E">
        <w:tc>
          <w:tcPr>
            <w:tcW w:w="8630" w:type="dxa"/>
            <w:gridSpan w:val="2"/>
            <w:vAlign w:val="center"/>
          </w:tcPr>
          <w:p w14:paraId="5348552C" w14:textId="02891993" w:rsidR="0019642E" w:rsidRPr="0019642E" w:rsidRDefault="0019642E" w:rsidP="0019642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42E">
              <w:rPr>
                <w:rFonts w:ascii="Times New Roman" w:hAnsi="Times New Roman" w:cs="Times New Roman"/>
                <w:b/>
                <w:sz w:val="24"/>
                <w:szCs w:val="24"/>
              </w:rPr>
              <w:t>Exam fee (to be remitted at the time of exam notification)</w:t>
            </w:r>
          </w:p>
        </w:tc>
      </w:tr>
      <w:tr w:rsidR="00DC39B5" w:rsidRPr="00673BB1" w14:paraId="17FD03C7" w14:textId="77777777" w:rsidTr="0019642E">
        <w:tc>
          <w:tcPr>
            <w:tcW w:w="4815" w:type="dxa"/>
            <w:vAlign w:val="center"/>
          </w:tcPr>
          <w:p w14:paraId="3C41C3AE" w14:textId="106DABB2" w:rsidR="00DC39B5" w:rsidRPr="00673BB1" w:rsidRDefault="00FF5BA0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Examination fee 1</w:t>
            </w:r>
            <w:r w:rsidRPr="00FF5B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Semester (</w:t>
            </w:r>
            <w:r w:rsidR="00F21D9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Theory)</w:t>
            </w:r>
          </w:p>
        </w:tc>
        <w:tc>
          <w:tcPr>
            <w:tcW w:w="3815" w:type="dxa"/>
            <w:vAlign w:val="center"/>
          </w:tcPr>
          <w:p w14:paraId="41FCBD75" w14:textId="38B949B8" w:rsidR="00DC39B5" w:rsidRPr="00F21D91" w:rsidRDefault="00FF5BA0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D91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FF5BA0" w:rsidRPr="00673BB1" w14:paraId="4189BF50" w14:textId="77777777" w:rsidTr="0019642E">
        <w:tc>
          <w:tcPr>
            <w:tcW w:w="4815" w:type="dxa"/>
            <w:vAlign w:val="center"/>
          </w:tcPr>
          <w:p w14:paraId="105960DE" w14:textId="41ACE8C1" w:rsidR="00FF5BA0" w:rsidRDefault="00FF5BA0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Examination fee 1</w:t>
            </w:r>
            <w:r w:rsidRPr="00FF5B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Semester (</w:t>
            </w:r>
            <w:r w:rsidR="00F21D9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Practical)</w:t>
            </w:r>
          </w:p>
        </w:tc>
        <w:tc>
          <w:tcPr>
            <w:tcW w:w="3815" w:type="dxa"/>
            <w:vAlign w:val="center"/>
          </w:tcPr>
          <w:p w14:paraId="4FE5E4DD" w14:textId="374DF97A" w:rsidR="00FF5BA0" w:rsidRPr="00F21D91" w:rsidRDefault="00FF5BA0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D91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FF5BA0" w:rsidRPr="00673BB1" w14:paraId="4F0DA761" w14:textId="77777777" w:rsidTr="0019642E">
        <w:tc>
          <w:tcPr>
            <w:tcW w:w="4815" w:type="dxa"/>
            <w:vAlign w:val="center"/>
          </w:tcPr>
          <w:p w14:paraId="64CCAC11" w14:textId="797B7FC7" w:rsidR="00FF5BA0" w:rsidRDefault="00FF5BA0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Examination fee 2</w:t>
            </w:r>
            <w:r w:rsidRPr="00FF5B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Semester (</w:t>
            </w:r>
            <w:r w:rsidR="00F21D9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Theory)</w:t>
            </w:r>
          </w:p>
        </w:tc>
        <w:tc>
          <w:tcPr>
            <w:tcW w:w="3815" w:type="dxa"/>
            <w:vAlign w:val="center"/>
          </w:tcPr>
          <w:p w14:paraId="1AF1F340" w14:textId="45688ACC" w:rsidR="00FF5BA0" w:rsidRPr="00F21D91" w:rsidRDefault="00FF5BA0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D91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FF5BA0" w:rsidRPr="00673BB1" w14:paraId="13C0EDF8" w14:textId="77777777" w:rsidTr="0019642E">
        <w:tc>
          <w:tcPr>
            <w:tcW w:w="4815" w:type="dxa"/>
            <w:vAlign w:val="center"/>
          </w:tcPr>
          <w:p w14:paraId="1D029D98" w14:textId="2631C843" w:rsidR="00FF5BA0" w:rsidRDefault="00FF5BA0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Examination fee 2</w:t>
            </w:r>
            <w:r w:rsidRPr="00FF5B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Semester (</w:t>
            </w:r>
            <w:r w:rsidR="00F21D9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Practical)</w:t>
            </w:r>
          </w:p>
        </w:tc>
        <w:tc>
          <w:tcPr>
            <w:tcW w:w="3815" w:type="dxa"/>
            <w:vAlign w:val="center"/>
          </w:tcPr>
          <w:p w14:paraId="086487F8" w14:textId="56A186E7" w:rsidR="00FF5BA0" w:rsidRPr="00F21D91" w:rsidRDefault="00FF5BA0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D91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FF5BA0" w:rsidRPr="00673BB1" w14:paraId="1B18B1CB" w14:textId="77777777" w:rsidTr="0019642E">
        <w:tc>
          <w:tcPr>
            <w:tcW w:w="4815" w:type="dxa"/>
            <w:vAlign w:val="center"/>
          </w:tcPr>
          <w:p w14:paraId="0B1D51DE" w14:textId="208510B0" w:rsidR="00FF5BA0" w:rsidRDefault="00FF5BA0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Examination fee 3</w:t>
            </w:r>
            <w:r w:rsidRPr="00FF5B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Semester (Interim evaluation of project and industrial internship)</w:t>
            </w:r>
          </w:p>
        </w:tc>
        <w:tc>
          <w:tcPr>
            <w:tcW w:w="3815" w:type="dxa"/>
            <w:vAlign w:val="center"/>
          </w:tcPr>
          <w:p w14:paraId="7EDA6319" w14:textId="5C84A610" w:rsidR="00FF5BA0" w:rsidRPr="00F21D91" w:rsidRDefault="00FF5BA0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D91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FF5BA0" w:rsidRPr="00673BB1" w14:paraId="7FA7ABB2" w14:textId="77777777" w:rsidTr="0019642E">
        <w:tc>
          <w:tcPr>
            <w:tcW w:w="4815" w:type="dxa"/>
            <w:vAlign w:val="center"/>
          </w:tcPr>
          <w:p w14:paraId="17142451" w14:textId="14401AD4" w:rsidR="00FF5BA0" w:rsidRDefault="000C6A26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A26">
              <w:rPr>
                <w:rFonts w:ascii="Times New Roman" w:hAnsi="Times New Roman" w:cs="Times New Roman"/>
                <w:sz w:val="24"/>
                <w:szCs w:val="24"/>
              </w:rPr>
              <w:t>Examination fee 4th Semester (Final project evaluation and viva voce)</w:t>
            </w:r>
            <w:r w:rsidRPr="000C6A2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815" w:type="dxa"/>
            <w:vAlign w:val="center"/>
          </w:tcPr>
          <w:p w14:paraId="7AC200DA" w14:textId="34332EB9" w:rsidR="00FF5BA0" w:rsidRPr="00F21D91" w:rsidRDefault="000C6A26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D91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FF5BA0" w:rsidRPr="00673BB1" w14:paraId="3E547D60" w14:textId="77777777" w:rsidTr="0019642E">
        <w:tc>
          <w:tcPr>
            <w:tcW w:w="4815" w:type="dxa"/>
            <w:vAlign w:val="center"/>
          </w:tcPr>
          <w:p w14:paraId="5AE7CF2A" w14:textId="5F029045" w:rsidR="00FF5BA0" w:rsidRDefault="000C6A26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A26">
              <w:rPr>
                <w:rFonts w:ascii="Times New Roman" w:hAnsi="Times New Roman" w:cs="Times New Roman"/>
                <w:sz w:val="24"/>
                <w:szCs w:val="24"/>
              </w:rPr>
              <w:t>Exam Fee Sem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ester</w:t>
            </w:r>
            <w:r w:rsidRPr="000C6A26">
              <w:rPr>
                <w:rFonts w:ascii="Times New Roman" w:hAnsi="Times New Roman" w:cs="Times New Roman"/>
                <w:sz w:val="24"/>
                <w:szCs w:val="24"/>
              </w:rPr>
              <w:t xml:space="preserve"> Supplementary - per papers</w:t>
            </w:r>
          </w:p>
        </w:tc>
        <w:tc>
          <w:tcPr>
            <w:tcW w:w="3815" w:type="dxa"/>
            <w:vAlign w:val="center"/>
          </w:tcPr>
          <w:p w14:paraId="0A035EB2" w14:textId="767A0F21" w:rsidR="00FF5BA0" w:rsidRPr="00F21D91" w:rsidRDefault="000C6A26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D91"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</w:tc>
      </w:tr>
      <w:tr w:rsidR="000C6A26" w:rsidRPr="00673BB1" w14:paraId="0F76E381" w14:textId="77777777" w:rsidTr="0019642E">
        <w:tc>
          <w:tcPr>
            <w:tcW w:w="4815" w:type="dxa"/>
            <w:vAlign w:val="center"/>
          </w:tcPr>
          <w:p w14:paraId="5DFFFA97" w14:textId="1389E495" w:rsidR="000C6A26" w:rsidRPr="000C6A26" w:rsidRDefault="000C6A26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A26">
              <w:rPr>
                <w:rFonts w:ascii="Times New Roman" w:hAnsi="Times New Roman" w:cs="Times New Roman"/>
                <w:sz w:val="24"/>
                <w:szCs w:val="24"/>
              </w:rPr>
              <w:t>Exam Fee Sem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ester</w:t>
            </w:r>
            <w:r w:rsidRPr="000C6A26">
              <w:rPr>
                <w:rFonts w:ascii="Times New Roman" w:hAnsi="Times New Roman" w:cs="Times New Roman"/>
                <w:sz w:val="24"/>
                <w:szCs w:val="24"/>
              </w:rPr>
              <w:t xml:space="preserve"> Supplementary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(Practical)</w:t>
            </w:r>
            <w:r w:rsidRPr="000C6A26">
              <w:rPr>
                <w:rFonts w:ascii="Times New Roman" w:hAnsi="Times New Roman" w:cs="Times New Roman"/>
                <w:sz w:val="24"/>
                <w:szCs w:val="24"/>
              </w:rPr>
              <w:t>- per papers</w:t>
            </w:r>
          </w:p>
        </w:tc>
        <w:tc>
          <w:tcPr>
            <w:tcW w:w="3815" w:type="dxa"/>
            <w:vAlign w:val="center"/>
          </w:tcPr>
          <w:p w14:paraId="403D6C77" w14:textId="5C5207EF" w:rsidR="000C6A26" w:rsidRPr="00F21D91" w:rsidRDefault="000C6A26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D91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0C6A26" w:rsidRPr="00673BB1" w14:paraId="04B0FAB7" w14:textId="77777777" w:rsidTr="0019642E">
        <w:tc>
          <w:tcPr>
            <w:tcW w:w="4815" w:type="dxa"/>
            <w:vAlign w:val="center"/>
          </w:tcPr>
          <w:p w14:paraId="73ACDEB6" w14:textId="6B7E6649" w:rsidR="000C6A26" w:rsidRPr="000C6A26" w:rsidRDefault="00F21D91" w:rsidP="00196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 list</w:t>
            </w:r>
            <w:r w:rsidR="000C6A26">
              <w:rPr>
                <w:rFonts w:ascii="Times New Roman" w:hAnsi="Times New Roman" w:cs="Times New Roman"/>
                <w:sz w:val="24"/>
                <w:szCs w:val="24"/>
              </w:rPr>
              <w:t xml:space="preserve"> (per semester)</w:t>
            </w:r>
          </w:p>
        </w:tc>
        <w:tc>
          <w:tcPr>
            <w:tcW w:w="3815" w:type="dxa"/>
            <w:vAlign w:val="center"/>
          </w:tcPr>
          <w:p w14:paraId="49E8D7F0" w14:textId="22BF8E6F" w:rsidR="000C6A26" w:rsidRPr="00F21D91" w:rsidRDefault="000C6A26" w:rsidP="001964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D9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</w:tbl>
    <w:p w14:paraId="2CC626E6" w14:textId="77777777" w:rsidR="00673BB1" w:rsidRPr="00673BB1" w:rsidRDefault="00673BB1" w:rsidP="00673B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CF0BFD" w14:textId="77777777" w:rsidR="00673BB1" w:rsidRPr="00673BB1" w:rsidRDefault="00673B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673BB1" w:rsidRPr="00673BB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C6A26"/>
    <w:rsid w:val="0015074B"/>
    <w:rsid w:val="0019642E"/>
    <w:rsid w:val="00254C77"/>
    <w:rsid w:val="0029639D"/>
    <w:rsid w:val="002A2AB2"/>
    <w:rsid w:val="00326F90"/>
    <w:rsid w:val="00334BD3"/>
    <w:rsid w:val="00365F2E"/>
    <w:rsid w:val="003E6A29"/>
    <w:rsid w:val="004708BF"/>
    <w:rsid w:val="004F7866"/>
    <w:rsid w:val="00673BB1"/>
    <w:rsid w:val="006C2941"/>
    <w:rsid w:val="00802FD3"/>
    <w:rsid w:val="009C7F58"/>
    <w:rsid w:val="009F7662"/>
    <w:rsid w:val="00A249A3"/>
    <w:rsid w:val="00AA1D8D"/>
    <w:rsid w:val="00AF7421"/>
    <w:rsid w:val="00B47730"/>
    <w:rsid w:val="00C50045"/>
    <w:rsid w:val="00CB0664"/>
    <w:rsid w:val="00DC39B5"/>
    <w:rsid w:val="00DE18A6"/>
    <w:rsid w:val="00F21D91"/>
    <w:rsid w:val="00FC693F"/>
    <w:rsid w:val="00FF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C99C0E"/>
  <w14:defaultImageDpi w14:val="300"/>
  <w15:docId w15:val="{83402BD3-3944-4687-8FAB-71F3A18A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547EE86-4A98-4D84-A2B9-38A32CB01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account</cp:lastModifiedBy>
  <cp:revision>8</cp:revision>
  <dcterms:created xsi:type="dcterms:W3CDTF">2025-05-06T06:17:00Z</dcterms:created>
  <dcterms:modified xsi:type="dcterms:W3CDTF">2025-07-11T05:49:00Z</dcterms:modified>
  <cp:category/>
</cp:coreProperties>
</file>